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2"/>
        </w:rPr>
        <w:t>{{company}}</w:t>
      </w:r>
    </w:p>
    <w:p>
      <w:pPr>
        <w:spacing w:after="280"/>
      </w:pPr>
      <w:r>
        <w:rPr>
          <w:b w:val="0"/>
          <w:sz w:val="18"/>
        </w:rPr>
        <w:t>{{company_address}}   ·   {{company_phone}}   ·   {{company_email}}</w:t>
      </w:r>
    </w:p>
    <w:p>
      <w:pPr>
        <w:spacing w:after="200"/>
      </w:pPr>
      <w:r>
        <w:rPr>
          <w:b/>
          <w:sz w:val="28"/>
        </w:rPr>
        <w:t>SITE INSPECTION REPORT</w:t>
      </w:r>
    </w:p>
    <w:p>
      <w:pPr>
        <w:spacing w:after="120"/>
      </w:pPr>
      <w:r>
        <w:rPr>
          <w:b w:val="0"/>
          <w:sz w:val="22"/>
        </w:rPr>
        <w:t>Report no.:</w:t>
        <w:tab/>
        <w:t>{{report_no}}</w:t>
      </w:r>
    </w:p>
    <w:p>
      <w:pPr>
        <w:spacing w:after="120"/>
      </w:pPr>
      <w:r>
        <w:rPr>
          <w:b w:val="0"/>
          <w:sz w:val="22"/>
        </w:rPr>
        <w:t>Date of inspection:</w:t>
        <w:tab/>
        <w:t>{{inspection_date}}</w:t>
      </w:r>
    </w:p>
    <w:p>
      <w:pPr>
        <w:spacing w:after="120"/>
      </w:pPr>
      <w:r>
        <w:rPr>
          <w:b w:val="0"/>
          <w:sz w:val="22"/>
        </w:rPr>
        <w:t>Client:</w:t>
        <w:tab/>
        <w:t>{{client_name}}</w:t>
      </w:r>
    </w:p>
    <w:p>
      <w:pPr>
        <w:spacing w:after="120"/>
      </w:pPr>
      <w:r>
        <w:rPr>
          <w:b w:val="0"/>
          <w:sz w:val="22"/>
        </w:rPr>
        <w:t>Site address:</w:t>
        <w:tab/>
        <w:t>{{site_address}}</w:t>
      </w:r>
    </w:p>
    <w:p>
      <w:pPr>
        <w:spacing w:after="120"/>
      </w:pPr>
      <w:r>
        <w:rPr>
          <w:b w:val="0"/>
          <w:sz w:val="22"/>
        </w:rPr>
        <w:t>Builder:</w:t>
        <w:tab/>
        <w:t>{{builder}}</w:t>
      </w:r>
    </w:p>
    <w:p>
      <w:pPr>
        <w:spacing w:after="280"/>
      </w:pPr>
      <w:r>
        <w:rPr>
          <w:b w:val="0"/>
          <w:sz w:val="22"/>
        </w:rPr>
        <w:t>Inspected by:</w:t>
        <w:tab/>
        <w:t>{{name}}</w:t>
      </w:r>
    </w:p>
    <w:p>
      <w:pPr>
        <w:spacing w:after="120"/>
      </w:pPr>
      <w:r>
        <w:rPr>
          <w:b/>
          <w:sz w:val="24"/>
        </w:rPr>
        <w:t>1.  Scope</w:t>
      </w:r>
    </w:p>
    <w:p>
      <w:pPr>
        <w:spacing w:after="280"/>
      </w:pPr>
      <w:r>
        <w:rPr>
          <w:b w:val="0"/>
          <w:sz w:val="22"/>
        </w:rPr>
        <w:t>{{scope}}</w:t>
      </w:r>
    </w:p>
    <w:p>
      <w:pPr>
        <w:spacing w:after="120"/>
      </w:pPr>
      <w:r>
        <w:rPr>
          <w:b/>
          <w:sz w:val="24"/>
        </w:rPr>
        <w:t>2.  Inspection</w:t>
      </w:r>
    </w:p>
    <w:p>
      <w:pPr>
        <w:spacing w:after="120"/>
      </w:pPr>
      <w:r>
        <w:rPr>
          <w:b w:val="0"/>
          <w:sz w:val="20"/>
        </w:rPr>
        <w:t>The items below were inspected and marked off on site. Photographs are attached to the items they belong to.</w:t>
      </w:r>
    </w:p>
    <w:p>
      <w:pPr>
        <w:spacing w:after="280"/>
      </w:pPr>
      <w:r>
        <w:rPr>
          <w:b w:val="0"/>
          <w:sz w:val="22"/>
        </w:rPr>
        <w:t>{{checklist | Frame}}</w:t>
      </w:r>
    </w:p>
    <w:p>
      <w:pPr>
        <w:spacing w:after="120"/>
      </w:pPr>
      <w:r>
        <w:rPr>
          <w:b/>
          <w:sz w:val="24"/>
        </w:rPr>
        <w:t>3.  Findings</w:t>
      </w:r>
    </w:p>
    <w:p>
      <w:pPr>
        <w:spacing w:after="280"/>
      </w:pPr>
      <w:r>
        <w:rPr>
          <w:b w:val="0"/>
          <w:sz w:val="22"/>
        </w:rPr>
        <w:t>{{findings}}</w:t>
      </w:r>
    </w:p>
    <w:p>
      <w:pPr>
        <w:spacing w:after="120"/>
      </w:pPr>
      <w:r>
        <w:rPr>
          <w:b/>
          <w:sz w:val="24"/>
        </w:rPr>
        <w:t>4.  Recommendations</w:t>
      </w:r>
    </w:p>
    <w:p>
      <w:pPr>
        <w:spacing w:after="280"/>
      </w:pPr>
      <w:r>
        <w:rPr>
          <w:b w:val="0"/>
          <w:sz w:val="22"/>
        </w:rPr>
        <w:t>{{recommendations}}</w:t>
      </w:r>
    </w:p>
    <w:p>
      <w:pPr>
        <w:spacing w:after="120"/>
      </w:pPr>
      <w:r>
        <w:rPr>
          <w:b/>
          <w:sz w:val="24"/>
        </w:rPr>
        <w:t>5.  Further inspections</w:t>
      </w:r>
    </w:p>
    <w:p>
      <w:pPr>
        <w:spacing w:after="360"/>
      </w:pPr>
      <w:r>
        <w:rPr>
          <w:b w:val="0"/>
          <w:sz w:val="22"/>
        </w:rPr>
        <w:t>{{checklist_ref | Slab — pre-pour | 5.1}}</w:t>
      </w:r>
    </w:p>
    <w:p>
      <w:pPr>
        <w:spacing w:after="480"/>
      </w:pPr>
      <w:r>
        <w:rPr>
          <w:b/>
          <w:sz w:val="22"/>
        </w:rPr>
        <w:t>Signed:</w:t>
      </w:r>
    </w:p>
    <w:p>
      <w:pPr>
        <w:spacing w:after="0"/>
      </w:pPr>
      <w:r>
        <w:rPr>
          <w:b/>
          <w:sz w:val="22"/>
        </w:rPr>
        <w:t>{{name}}</w:t>
      </w:r>
    </w:p>
    <w:p>
      <w:pPr>
        <w:spacing w:after="0"/>
      </w:pPr>
      <w:r>
        <w:rPr>
          <w:b w:val="0"/>
          <w:sz w:val="20"/>
        </w:rPr>
        <w:t>{{qualifications}}</w:t>
      </w:r>
    </w:p>
    <w:p>
      <w:pPr>
        <w:spacing w:after="120"/>
      </w:pPr>
      <w:r>
        <w:rPr>
          <w:b w:val="0"/>
          <w:sz w:val="20"/>
        </w:rPr>
        <w:t>Date: {{inspection_date}}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